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D781" w14:textId="77777777" w:rsidR="00BA5EBC" w:rsidRPr="004D5A03" w:rsidRDefault="00042E56">
      <w:pPr>
        <w:jc w:val="center"/>
        <w:rPr>
          <w:u w:val="single"/>
        </w:rPr>
      </w:pPr>
      <w:r w:rsidRPr="004D5A03">
        <w:rPr>
          <w:b/>
          <w:sz w:val="36"/>
          <w:u w:val="single"/>
        </w:rPr>
        <w:t>FORMULAR DE RETRAGERE / RETUR</w:t>
      </w:r>
    </w:p>
    <w:p w14:paraId="1856AC5F" w14:textId="77777777" w:rsidR="00BA5EBC" w:rsidRDefault="00042E56">
      <w:pPr>
        <w:rPr>
          <w:b/>
          <w:sz w:val="24"/>
        </w:rPr>
      </w:pPr>
      <w:proofErr w:type="spellStart"/>
      <w:r>
        <w:rPr>
          <w:b/>
          <w:sz w:val="24"/>
        </w:rPr>
        <w:t>Către</w:t>
      </w:r>
      <w:proofErr w:type="spellEnd"/>
      <w:r>
        <w:rPr>
          <w:b/>
          <w:sz w:val="24"/>
        </w:rPr>
        <w:t>:</w:t>
      </w:r>
    </w:p>
    <w:p w14:paraId="7468AFB9" w14:textId="77777777" w:rsidR="004D5A03" w:rsidRDefault="004D5A03">
      <w:pPr>
        <w:rPr>
          <w:b/>
          <w:sz w:val="24"/>
        </w:rPr>
      </w:pPr>
    </w:p>
    <w:p w14:paraId="42C840A7" w14:textId="77777777" w:rsidR="004D5A03" w:rsidRDefault="004D5A0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4873"/>
      </w:tblGrid>
      <w:tr w:rsidR="00BA5EBC" w14:paraId="67D9187E" w14:textId="77777777">
        <w:trPr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501F7906" w14:textId="77777777" w:rsidR="00BA5EBC" w:rsidRDefault="00042E56">
            <w:r>
              <w:rPr>
                <w:b/>
              </w:rPr>
              <w:t>Denumirea societății</w:t>
            </w:r>
          </w:p>
        </w:tc>
        <w:tc>
          <w:tcPr>
            <w:tcW w:w="48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272C414" w14:textId="0D753D8C" w:rsidR="00BA5EBC" w:rsidRDefault="00BA5EBC"/>
        </w:tc>
      </w:tr>
      <w:tr w:rsidR="00BA5EBC" w14:paraId="763833F2" w14:textId="77777777">
        <w:trPr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0E8D82D4" w14:textId="77777777" w:rsidR="00BA5EBC" w:rsidRDefault="00042E56">
            <w:r>
              <w:rPr>
                <w:b/>
              </w:rPr>
              <w:t>Adresa societății</w:t>
            </w:r>
          </w:p>
        </w:tc>
        <w:tc>
          <w:tcPr>
            <w:tcW w:w="48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5E0A574" w14:textId="65C6EB0A" w:rsidR="00BA5EBC" w:rsidRDefault="00BA5EBC"/>
        </w:tc>
      </w:tr>
      <w:tr w:rsidR="00BA5EBC" w14:paraId="1207373C" w14:textId="77777777">
        <w:trPr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652DBED4" w14:textId="77777777" w:rsidR="00BA5EBC" w:rsidRDefault="00042E56">
            <w:r>
              <w:rPr>
                <w:b/>
              </w:rPr>
              <w:t>Email retururi</w:t>
            </w:r>
          </w:p>
        </w:tc>
        <w:tc>
          <w:tcPr>
            <w:tcW w:w="48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6FEA4DB" w14:textId="1B33CDE7" w:rsidR="00BA5EBC" w:rsidRDefault="00BA5EBC"/>
        </w:tc>
      </w:tr>
    </w:tbl>
    <w:p w14:paraId="1E0FE7BA" w14:textId="77777777" w:rsidR="004D5A03" w:rsidRDefault="004D5A03" w:rsidP="004D5A03">
      <w:pPr>
        <w:spacing w:before="240"/>
        <w:ind w:firstLine="720"/>
        <w:jc w:val="both"/>
      </w:pPr>
    </w:p>
    <w:p w14:paraId="39DEABD3" w14:textId="17652382" w:rsidR="00BA5EBC" w:rsidRDefault="00042E56" w:rsidP="004D5A03">
      <w:pPr>
        <w:spacing w:before="240"/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</w:t>
      </w:r>
      <w:r w:rsidR="004D5A03">
        <w:t>………………………………………………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mă retrag din contractul privind achiziționarea următorului produs / următoarelor produse: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85"/>
        <w:gridCol w:w="5386"/>
      </w:tblGrid>
      <w:tr w:rsidR="00BA5EBC" w14:paraId="200567C1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2E728BE1" w14:textId="77777777" w:rsidR="00BA5EBC" w:rsidRDefault="00042E56">
            <w:pPr>
              <w:spacing w:after="0"/>
            </w:pPr>
            <w:r>
              <w:rPr>
                <w:b/>
              </w:rPr>
              <w:t>Produs/e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B6D027D" w14:textId="565CD580" w:rsidR="00BA5EBC" w:rsidRDefault="00BA5EBC">
            <w:pPr>
              <w:spacing w:after="0"/>
            </w:pPr>
          </w:p>
        </w:tc>
      </w:tr>
      <w:tr w:rsidR="00BA5EBC" w14:paraId="00F90DF1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0A6A11C9" w14:textId="77777777" w:rsidR="00BA5EBC" w:rsidRDefault="00042E56">
            <w:pPr>
              <w:spacing w:after="0"/>
            </w:pPr>
            <w:r>
              <w:rPr>
                <w:b/>
              </w:rPr>
              <w:t>Număr comandă / factură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239081D" w14:textId="7B922EF2" w:rsidR="00BA5EBC" w:rsidRDefault="00BA5EBC">
            <w:pPr>
              <w:spacing w:after="0"/>
            </w:pPr>
          </w:p>
        </w:tc>
      </w:tr>
      <w:tr w:rsidR="00BA5EBC" w14:paraId="1149C96F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6D987C03" w14:textId="77777777" w:rsidR="00BA5EBC" w:rsidRDefault="00042E56">
            <w:pPr>
              <w:spacing w:after="0"/>
            </w:pPr>
            <w:r>
              <w:rPr>
                <w:b/>
              </w:rPr>
              <w:t>Data comenzii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DDA7867" w14:textId="2D6EE6A5" w:rsidR="00BA5EBC" w:rsidRDefault="00BA5EBC">
            <w:pPr>
              <w:spacing w:after="0"/>
            </w:pPr>
          </w:p>
        </w:tc>
      </w:tr>
      <w:tr w:rsidR="00BA5EBC" w14:paraId="0D34916A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56C15BC6" w14:textId="77777777" w:rsidR="00BA5EBC" w:rsidRDefault="00042E56">
            <w:pPr>
              <w:spacing w:after="0"/>
            </w:pPr>
            <w:r>
              <w:rPr>
                <w:b/>
              </w:rPr>
              <w:t>Data primirii produsului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2EA9A76" w14:textId="1293059C" w:rsidR="00BA5EBC" w:rsidRDefault="00BA5EBC">
            <w:pPr>
              <w:spacing w:after="0"/>
            </w:pPr>
          </w:p>
        </w:tc>
      </w:tr>
      <w:tr w:rsidR="00BA5EBC" w14:paraId="1E92F693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34BB3C3E" w14:textId="77777777" w:rsidR="00BA5EBC" w:rsidRDefault="00042E56">
            <w:pPr>
              <w:spacing w:after="0"/>
            </w:pPr>
            <w:r>
              <w:rPr>
                <w:b/>
              </w:rPr>
              <w:t>Nume consumator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E02DADD" w14:textId="2D4AF7F5" w:rsidR="00BA5EBC" w:rsidRDefault="00BA5EBC">
            <w:pPr>
              <w:spacing w:after="0"/>
            </w:pPr>
          </w:p>
        </w:tc>
      </w:tr>
      <w:tr w:rsidR="00BA5EBC" w14:paraId="433E82B9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070A3847" w14:textId="77777777" w:rsidR="00BA5EBC" w:rsidRDefault="00042E56">
            <w:pPr>
              <w:spacing w:after="0"/>
            </w:pPr>
            <w:r>
              <w:rPr>
                <w:b/>
              </w:rPr>
              <w:t>Adresă consumator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E1DAB39" w14:textId="30173404" w:rsidR="00BA5EBC" w:rsidRDefault="00BA5EBC">
            <w:pPr>
              <w:spacing w:after="0"/>
            </w:pPr>
          </w:p>
        </w:tc>
      </w:tr>
      <w:tr w:rsidR="00BA5EBC" w14:paraId="5547BB1A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5029C4F4" w14:textId="77777777" w:rsidR="00BA5EBC" w:rsidRDefault="00042E56">
            <w:pPr>
              <w:spacing w:after="0"/>
            </w:pPr>
            <w:r>
              <w:rPr>
                <w:b/>
              </w:rPr>
              <w:t>Telefon / email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D75A4FF" w14:textId="05335845" w:rsidR="00BA5EBC" w:rsidRDefault="00BA5EBC">
            <w:pPr>
              <w:spacing w:after="0"/>
            </w:pPr>
          </w:p>
        </w:tc>
      </w:tr>
      <w:tr w:rsidR="00BA5EBC" w14:paraId="13EDC91D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3BE1C703" w14:textId="77777777" w:rsidR="00BA5EBC" w:rsidRPr="004D5A03" w:rsidRDefault="00042E56">
            <w:pPr>
              <w:spacing w:after="0"/>
              <w:rPr>
                <w:lang w:val="it-IT"/>
              </w:rPr>
            </w:pPr>
            <w:r w:rsidRPr="004D5A03">
              <w:rPr>
                <w:b/>
                <w:lang w:val="it-IT"/>
              </w:rPr>
              <w:t>IBAN pentru rambursare, dacă este cazul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F9C8D83" w14:textId="1DCE083D" w:rsidR="00BA5EBC" w:rsidRDefault="00BA5EBC">
            <w:pPr>
              <w:spacing w:after="0"/>
            </w:pPr>
          </w:p>
        </w:tc>
      </w:tr>
      <w:tr w:rsidR="00BA5EBC" w14:paraId="5BB829B6" w14:textId="77777777">
        <w:trPr>
          <w:jc w:val="center"/>
        </w:trPr>
        <w:tc>
          <w:tcPr>
            <w:tcW w:w="3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vAlign w:val="center"/>
          </w:tcPr>
          <w:p w14:paraId="24490DF1" w14:textId="77777777" w:rsidR="00BA5EBC" w:rsidRDefault="00042E56">
            <w:pPr>
              <w:spacing w:after="0"/>
            </w:pPr>
            <w:r>
              <w:rPr>
                <w:b/>
              </w:rPr>
              <w:t>Data completării formularului</w:t>
            </w:r>
          </w:p>
        </w:tc>
        <w:tc>
          <w:tcPr>
            <w:tcW w:w="53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1A89711" w14:textId="041ED658" w:rsidR="00BA5EBC" w:rsidRDefault="00BA5EBC">
            <w:pPr>
              <w:spacing w:after="0"/>
            </w:pPr>
          </w:p>
        </w:tc>
      </w:tr>
    </w:tbl>
    <w:p w14:paraId="339EF640" w14:textId="77777777" w:rsidR="004D5A03" w:rsidRDefault="004D5A03">
      <w:pPr>
        <w:spacing w:before="280"/>
        <w:rPr>
          <w:b/>
        </w:rPr>
      </w:pPr>
    </w:p>
    <w:p w14:paraId="43251058" w14:textId="63399892" w:rsidR="00BA5EBC" w:rsidRDefault="00042E56" w:rsidP="004D5A03">
      <w:pPr>
        <w:spacing w:before="280"/>
        <w:ind w:left="2880" w:firstLine="720"/>
      </w:pPr>
      <w:proofErr w:type="spellStart"/>
      <w:r>
        <w:rPr>
          <w:b/>
        </w:rPr>
        <w:t>Semnătura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consumatorului</w:t>
      </w:r>
      <w:proofErr w:type="spellEnd"/>
      <w:r>
        <w:rPr>
          <w:b/>
        </w:rPr>
        <w:t xml:space="preserve">: </w:t>
      </w:r>
      <w:r>
        <w:t>________________________________</w:t>
      </w:r>
    </w:p>
    <w:p w14:paraId="7FF0E904" w14:textId="3F67D273" w:rsidR="00BA5EBC" w:rsidRPr="004D5A03" w:rsidRDefault="004D5A03" w:rsidP="004D5A03">
      <w:pPr>
        <w:ind w:left="3600" w:firstLine="720"/>
        <w:rPr>
          <w:lang w:val="it-IT"/>
        </w:rPr>
      </w:pPr>
      <w:r>
        <w:rPr>
          <w:i/>
          <w:color w:val="595959"/>
          <w:sz w:val="18"/>
          <w:lang w:val="it-IT"/>
        </w:rPr>
        <w:t>*</w:t>
      </w:r>
      <w:r w:rsidR="00042E56" w:rsidRPr="004D5A03">
        <w:rPr>
          <w:i/>
          <w:color w:val="595959"/>
          <w:sz w:val="18"/>
          <w:lang w:val="it-IT"/>
        </w:rPr>
        <w:t>Semnătura este necesară doar dacă formularul se transmite pe hârtie.</w:t>
      </w:r>
    </w:p>
    <w:p w14:paraId="3430F99D" w14:textId="77777777" w:rsidR="004D5A03" w:rsidRDefault="004D5A03">
      <w:pPr>
        <w:spacing w:before="200"/>
        <w:rPr>
          <w:b/>
          <w:color w:val="1F4E79"/>
          <w:sz w:val="24"/>
          <w:lang w:val="it-IT"/>
        </w:rPr>
      </w:pPr>
    </w:p>
    <w:p w14:paraId="5828319E" w14:textId="7459CD96" w:rsidR="00BA5EBC" w:rsidRPr="004D5A03" w:rsidRDefault="00042E56">
      <w:pPr>
        <w:spacing w:before="200"/>
        <w:rPr>
          <w:lang w:val="it-IT"/>
        </w:rPr>
      </w:pPr>
      <w:r w:rsidRPr="004D5A03">
        <w:rPr>
          <w:b/>
          <w:sz w:val="24"/>
          <w:lang w:val="it-IT"/>
        </w:rPr>
        <w:t>Instrucțiuni pentru completare</w:t>
      </w:r>
    </w:p>
    <w:p w14:paraId="19045B49" w14:textId="446584C5" w:rsidR="00BA5EBC" w:rsidRPr="004D5A03" w:rsidRDefault="00042E56">
      <w:pPr>
        <w:jc w:val="both"/>
        <w:rPr>
          <w:lang w:val="it-IT"/>
        </w:rPr>
      </w:pPr>
      <w:r w:rsidRPr="004D5A03">
        <w:rPr>
          <w:lang w:val="it-IT"/>
        </w:rPr>
        <w:t xml:space="preserve">Pentru procesarea cererii de retur, vă rugăm să completați toate câmpurile de mai sus și să transmiteți formularul la adresa de email: </w:t>
      </w:r>
      <w:r w:rsidR="004D5A03">
        <w:rPr>
          <w:b/>
          <w:lang w:val="it-IT"/>
        </w:rPr>
        <w:t xml:space="preserve">info@dru,ro sau whatsapp </w:t>
      </w:r>
      <w:r w:rsidRPr="004D5A03">
        <w:rPr>
          <w:lang w:val="it-IT"/>
        </w:rPr>
        <w:t>.</w:t>
      </w:r>
    </w:p>
    <w:p w14:paraId="572EADAD" w14:textId="77777777" w:rsidR="00BA5EBC" w:rsidRPr="004D5A03" w:rsidRDefault="00042E56">
      <w:pPr>
        <w:jc w:val="both"/>
        <w:rPr>
          <w:lang w:val="it-IT"/>
        </w:rPr>
      </w:pPr>
      <w:r w:rsidRPr="004D5A03">
        <w:rPr>
          <w:lang w:val="it-IT"/>
        </w:rPr>
        <w:t>Rambursarea contravalorii produselor se va efectua conform legislației în vigoare și politicii de retur afișate pe site.</w:t>
      </w:r>
    </w:p>
    <w:sectPr w:rsidR="00BA5EBC" w:rsidRPr="004D5A03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29E5" w14:textId="77777777" w:rsidR="00042E56" w:rsidRDefault="00042E56">
      <w:pPr>
        <w:spacing w:after="0" w:line="240" w:lineRule="auto"/>
      </w:pPr>
      <w:r>
        <w:separator/>
      </w:r>
    </w:p>
  </w:endnote>
  <w:endnote w:type="continuationSeparator" w:id="0">
    <w:p w14:paraId="7AB83505" w14:textId="77777777" w:rsidR="00042E56" w:rsidRDefault="00042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12FF" w14:textId="77777777" w:rsidR="00BA5EBC" w:rsidRDefault="00042E56">
    <w:pPr>
      <w:pStyle w:val="Footer"/>
      <w:jc w:val="center"/>
    </w:pPr>
    <w:r>
      <w:rPr>
        <w:color w:val="808080"/>
        <w:sz w:val="18"/>
      </w:rPr>
      <w:t xml:space="preserve">Formular de </w:t>
    </w:r>
    <w:proofErr w:type="spellStart"/>
    <w:r>
      <w:rPr>
        <w:color w:val="808080"/>
        <w:sz w:val="18"/>
      </w:rPr>
      <w:t>retragere</w:t>
    </w:r>
    <w:proofErr w:type="spellEnd"/>
    <w:r>
      <w:rPr>
        <w:color w:val="808080"/>
        <w:sz w:val="18"/>
      </w:rPr>
      <w:t xml:space="preserve"> / retur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1250" w14:textId="77777777" w:rsidR="00042E56" w:rsidRDefault="00042E56">
      <w:pPr>
        <w:spacing w:after="0" w:line="240" w:lineRule="auto"/>
      </w:pPr>
      <w:r>
        <w:separator/>
      </w:r>
    </w:p>
  </w:footnote>
  <w:footnote w:type="continuationSeparator" w:id="0">
    <w:p w14:paraId="55D533B8" w14:textId="77777777" w:rsidR="00042E56" w:rsidRDefault="00042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5141389">
    <w:abstractNumId w:val="8"/>
  </w:num>
  <w:num w:numId="2" w16cid:durableId="189298573">
    <w:abstractNumId w:val="6"/>
  </w:num>
  <w:num w:numId="3" w16cid:durableId="1725059818">
    <w:abstractNumId w:val="5"/>
  </w:num>
  <w:num w:numId="4" w16cid:durableId="1658872930">
    <w:abstractNumId w:val="4"/>
  </w:num>
  <w:num w:numId="5" w16cid:durableId="369452963">
    <w:abstractNumId w:val="7"/>
  </w:num>
  <w:num w:numId="6" w16cid:durableId="625893591">
    <w:abstractNumId w:val="3"/>
  </w:num>
  <w:num w:numId="7" w16cid:durableId="603848940">
    <w:abstractNumId w:val="2"/>
  </w:num>
  <w:num w:numId="8" w16cid:durableId="294261246">
    <w:abstractNumId w:val="1"/>
  </w:num>
  <w:num w:numId="9" w16cid:durableId="290329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E56"/>
    <w:rsid w:val="0006063C"/>
    <w:rsid w:val="0015074B"/>
    <w:rsid w:val="0029639D"/>
    <w:rsid w:val="00326F90"/>
    <w:rsid w:val="004D5A03"/>
    <w:rsid w:val="00906204"/>
    <w:rsid w:val="00AA1D8D"/>
    <w:rsid w:val="00B47730"/>
    <w:rsid w:val="00BA5EB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E52468"/>
  <w14:defaultImageDpi w14:val="300"/>
  <w15:docId w15:val="{8690F411-FB4F-4C82-B1C7-16061456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Candale Cristina</cp:lastModifiedBy>
  <cp:revision>2</cp:revision>
  <dcterms:created xsi:type="dcterms:W3CDTF">2026-05-27T07:03:00Z</dcterms:created>
  <dcterms:modified xsi:type="dcterms:W3CDTF">2026-05-27T07:03:00Z</dcterms:modified>
  <cp:category/>
</cp:coreProperties>
</file>